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游明朝" w:hAnsi="游明朝" w:eastAsia="游明朝"/>
          <w:b/>
          <w:sz w:val="32"/>
        </w:rPr>
        <w:t>職 務 経 歴 書</w:t>
      </w:r>
    </w:p>
    <w:p>
      <w:pPr>
        <w:spacing w:after="80"/>
        <w:jc w:val="right"/>
      </w:pPr>
      <w:r>
        <w:rPr>
          <w:rFonts w:ascii="游明朝" w:hAnsi="游明朝" w:eastAsia="游明朝"/>
          <w:b w:val="0"/>
          <w:sz w:val="21"/>
        </w:rPr>
        <w:t>20XX年X月X日 現在</w:t>
      </w:r>
    </w:p>
    <w:p>
      <w:pPr>
        <w:spacing w:after="80"/>
        <w:jc w:val="right"/>
      </w:pPr>
      <w:r>
        <w:rPr>
          <w:rFonts w:ascii="游明朝" w:hAnsi="游明朝" w:eastAsia="游明朝"/>
          <w:b w:val="0"/>
          <w:sz w:val="21"/>
        </w:rPr>
        <w:t xml:space="preserve">氏名：　　　　　　　　　</w:t>
      </w:r>
    </w:p>
    <w:p>
      <w:pPr>
        <w:spacing w:after="80"/>
      </w:pPr>
      <w:r>
        <w:rPr>
          <w:rFonts w:ascii="游明朝" w:hAnsi="游明朝" w:eastAsia="游明朝"/>
          <w:b/>
          <w:sz w:val="24"/>
        </w:rPr>
        <w:t>■ 職務要約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（経験年数・担当領域・主な実績を3〜4行で。例：法人向け○○の新規開拓営業に○年従事。20XX年度は目標達成率1XX%、社内○名中○位。）</w:t>
      </w:r>
    </w:p>
    <w:p>
      <w:pPr>
        <w:spacing w:after="80"/>
      </w:pPr>
      <w:r>
        <w:rPr>
          <w:rFonts w:ascii="游明朝" w:hAnsi="游明朝" w:eastAsia="游明朝"/>
          <w:b/>
          <w:sz w:val="24"/>
        </w:rPr>
        <w:t>■ 職務経歴（逆編年式：直近の会社から記載）</w:t>
      </w:r>
    </w:p>
    <w:p>
      <w:pPr>
        <w:spacing w:after="80"/>
      </w:pPr>
      <w:r>
        <w:rPr>
          <w:rFonts w:ascii="游明朝" w:hAnsi="游明朝" w:eastAsia="游明朝"/>
          <w:b/>
          <w:sz w:val="22"/>
        </w:rPr>
        <w:t>【会社1】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814"/>
          </w:tcPr>
          <w:p>
            <w:r>
              <w:t>在籍期間</w:t>
            </w:r>
          </w:p>
        </w:tc>
        <w:tc>
          <w:tcPr>
            <w:tcW w:type="dxa" w:w="7824"/>
          </w:tcPr>
          <w:p>
            <w:r>
              <w:t>20XX年X月 〜 20XX年X月（○年○か月）</w:t>
            </w:r>
          </w:p>
        </w:tc>
      </w:tr>
      <w:tr>
        <w:tc>
          <w:tcPr>
            <w:tcW w:type="dxa" w:w="1814"/>
          </w:tcPr>
          <w:p>
            <w:r>
              <w:t>会社名</w:t>
            </w:r>
          </w:p>
        </w:tc>
        <w:tc>
          <w:tcPr>
            <w:tcW w:type="dxa" w:w="7824"/>
          </w:tcPr>
          <w:p>
            <w:r>
              <w:t>株式会社○○（事業内容：／従業員数：○名／資本金：○百万円）</w:t>
            </w:r>
          </w:p>
        </w:tc>
      </w:tr>
      <w:tr>
        <w:tc>
          <w:tcPr>
            <w:tcW w:type="dxa" w:w="1814"/>
          </w:tcPr>
          <w:p>
            <w:r>
              <w:t>所属・役職</w:t>
            </w:r>
          </w:p>
        </w:tc>
        <w:tc>
          <w:tcPr>
            <w:tcW w:type="dxa" w:w="7824"/>
          </w:tcPr>
          <w:p>
            <w:r>
              <w:t>○○事業部 ○○営業部 ○○課（役職：）</w:t>
            </w:r>
          </w:p>
        </w:tc>
      </w:tr>
      <w:tr>
        <w:tc>
          <w:tcPr>
            <w:tcW w:type="dxa" w:w="1814"/>
          </w:tcPr>
          <w:p>
            <w:r>
              <w:t>担当業務</w:t>
            </w:r>
          </w:p>
        </w:tc>
        <w:tc>
          <w:tcPr>
            <w:tcW w:type="dxa" w:w="7824"/>
          </w:tcPr>
          <w:p>
            <w:r>
              <w:t>商材：／顧客：／営業スタイル（新規・既存の比率、KPI）：</w:t>
            </w:r>
          </w:p>
        </w:tc>
      </w:tr>
      <w:tr>
        <w:tc>
          <w:tcPr>
            <w:tcW w:type="dxa" w:w="1814"/>
          </w:tcPr>
          <w:p>
            <w:r>
              <w:t>取り組み・工夫</w:t>
            </w:r>
          </w:p>
        </w:tc>
        <w:tc>
          <w:tcPr>
            <w:tcW w:type="dxa" w:w="7824"/>
          </w:tcPr>
          <w:p>
            <w:r>
              <w:t>（状況 → 行動 → 成果 の順で1〜3項目）</w:t>
            </w:r>
          </w:p>
        </w:tc>
      </w:tr>
    </w:tbl>
    <w:p>
      <w:pPr>
        <w:spacing w:after="80"/>
      </w:pPr>
      <w:r>
        <w:rPr>
          <w:rFonts w:ascii="游明朝" w:hAnsi="游明朝" w:eastAsia="游明朝"/>
          <w:b/>
          <w:sz w:val="21"/>
        </w:rPr>
        <w:t>実績（年度別）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t>年度</w:t>
            </w:r>
          </w:p>
        </w:tc>
        <w:tc>
          <w:tcPr>
            <w:tcW w:type="dxa" w:w="1662"/>
          </w:tcPr>
          <w:p>
            <w:r>
              <w:t>目標（万円）</w:t>
            </w:r>
          </w:p>
        </w:tc>
        <w:tc>
          <w:tcPr>
            <w:tcW w:type="dxa" w:w="1662"/>
          </w:tcPr>
          <w:p>
            <w:r>
              <w:t>実績（万円）</w:t>
            </w:r>
          </w:p>
        </w:tc>
        <w:tc>
          <w:tcPr>
            <w:tcW w:type="dxa" w:w="1662"/>
          </w:tcPr>
          <w:p>
            <w:r>
              <w:t>達成率</w:t>
            </w:r>
          </w:p>
        </w:tc>
        <w:tc>
          <w:tcPr>
            <w:tcW w:type="dxa" w:w="1662"/>
          </w:tcPr>
          <w:p>
            <w:r>
              <w:t>社内順位</w:t>
            </w:r>
          </w:p>
        </w:tc>
        <w:tc>
          <w:tcPr>
            <w:tcW w:type="dxa" w:w="1662"/>
          </w:tcPr>
          <w:p>
            <w:r>
              <w:t>備考（新規件数・主要施策など）</w:t>
            </w:r>
          </w:p>
        </w:tc>
      </w:tr>
      <w:tr>
        <w:tc>
          <w:tcPr>
            <w:tcW w:type="dxa" w:w="1662"/>
          </w:tcPr>
          <w:p>
            <w:r>
              <w:t>20XX年度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t>%</w:t>
            </w:r>
          </w:p>
        </w:tc>
        <w:tc>
          <w:tcPr>
            <w:tcW w:type="dxa" w:w="1662"/>
          </w:tcPr>
          <w:p>
            <w:r>
              <w:t>位／名</w:t>
            </w:r>
          </w:p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20XX年度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t>%</w:t>
            </w:r>
          </w:p>
        </w:tc>
        <w:tc>
          <w:tcPr>
            <w:tcW w:type="dxa" w:w="1662"/>
          </w:tcPr>
          <w:p>
            <w:r>
              <w:t>位／名</w:t>
            </w:r>
          </w:p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20XX年度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t>%</w:t>
            </w:r>
          </w:p>
        </w:tc>
        <w:tc>
          <w:tcPr>
            <w:tcW w:type="dxa" w:w="1662"/>
          </w:tcPr>
          <w:p>
            <w:r>
              <w:t>位／名</w:t>
            </w:r>
          </w:p>
        </w:tc>
        <w:tc>
          <w:tcPr>
            <w:tcW w:type="dxa" w:w="1662"/>
          </w:tcPr>
          <w:p/>
        </w:tc>
      </w:tr>
    </w:tbl>
    <w:p>
      <w:pPr>
        <w:spacing w:after="80"/>
      </w:pPr>
      <w:r>
        <w:rPr>
          <w:rFonts w:ascii="游明朝" w:hAnsi="游明朝" w:eastAsia="游明朝"/>
          <w:b w:val="0"/>
          <w:sz w:val="21"/>
        </w:rPr>
      </w:r>
    </w:p>
    <w:p>
      <w:pPr>
        <w:spacing w:after="80"/>
      </w:pPr>
      <w:r>
        <w:rPr>
          <w:rFonts w:ascii="游明朝" w:hAnsi="游明朝" w:eastAsia="游明朝"/>
          <w:b/>
          <w:sz w:val="22"/>
        </w:rPr>
        <w:t>【会社2】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1814"/>
          </w:tcPr>
          <w:p>
            <w:r>
              <w:t>在籍期間</w:t>
            </w:r>
          </w:p>
        </w:tc>
        <w:tc>
          <w:tcPr>
            <w:tcW w:type="dxa" w:w="7824"/>
          </w:tcPr>
          <w:p>
            <w:r>
              <w:t>20XX年X月 〜 20XX年X月（○年○か月）</w:t>
            </w:r>
          </w:p>
        </w:tc>
      </w:tr>
      <w:tr>
        <w:tc>
          <w:tcPr>
            <w:tcW w:type="dxa" w:w="1814"/>
          </w:tcPr>
          <w:p>
            <w:r>
              <w:t>会社名</w:t>
            </w:r>
          </w:p>
        </w:tc>
        <w:tc>
          <w:tcPr>
            <w:tcW w:type="dxa" w:w="7824"/>
          </w:tcPr>
          <w:p>
            <w:r>
              <w:t>株式会社○○（事業内容：／従業員数：○名／資本金：○百万円）</w:t>
            </w:r>
          </w:p>
        </w:tc>
      </w:tr>
      <w:tr>
        <w:tc>
          <w:tcPr>
            <w:tcW w:type="dxa" w:w="1814"/>
          </w:tcPr>
          <w:p>
            <w:r>
              <w:t>所属・役職</w:t>
            </w:r>
          </w:p>
        </w:tc>
        <w:tc>
          <w:tcPr>
            <w:tcW w:type="dxa" w:w="7824"/>
          </w:tcPr>
          <w:p>
            <w:r>
              <w:t>○○事業部 ○○営業部 ○○課（役職：）</w:t>
            </w:r>
          </w:p>
        </w:tc>
      </w:tr>
      <w:tr>
        <w:tc>
          <w:tcPr>
            <w:tcW w:type="dxa" w:w="1814"/>
          </w:tcPr>
          <w:p>
            <w:r>
              <w:t>担当業務</w:t>
            </w:r>
          </w:p>
        </w:tc>
        <w:tc>
          <w:tcPr>
            <w:tcW w:type="dxa" w:w="7824"/>
          </w:tcPr>
          <w:p>
            <w:r>
              <w:t>商材：／顧客：／営業スタイル（新規・既存の比率、KPI）：</w:t>
            </w:r>
          </w:p>
        </w:tc>
      </w:tr>
      <w:tr>
        <w:tc>
          <w:tcPr>
            <w:tcW w:type="dxa" w:w="1814"/>
          </w:tcPr>
          <w:p>
            <w:r>
              <w:t>取り組み・工夫</w:t>
            </w:r>
          </w:p>
        </w:tc>
        <w:tc>
          <w:tcPr>
            <w:tcW w:type="dxa" w:w="7824"/>
          </w:tcPr>
          <w:p>
            <w:r>
              <w:t>（状況 → 行動 → 成果 の順で1〜3項目）</w:t>
            </w:r>
          </w:p>
        </w:tc>
      </w:tr>
    </w:tbl>
    <w:p>
      <w:pPr>
        <w:spacing w:after="80"/>
      </w:pPr>
      <w:r>
        <w:rPr>
          <w:rFonts w:ascii="游明朝" w:hAnsi="游明朝" w:eastAsia="游明朝"/>
          <w:b/>
          <w:sz w:val="21"/>
        </w:rPr>
        <w:t>実績（年度別）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t>年度</w:t>
            </w:r>
          </w:p>
        </w:tc>
        <w:tc>
          <w:tcPr>
            <w:tcW w:type="dxa" w:w="1662"/>
          </w:tcPr>
          <w:p>
            <w:r>
              <w:t>目標（万円）</w:t>
            </w:r>
          </w:p>
        </w:tc>
        <w:tc>
          <w:tcPr>
            <w:tcW w:type="dxa" w:w="1662"/>
          </w:tcPr>
          <w:p>
            <w:r>
              <w:t>実績（万円）</w:t>
            </w:r>
          </w:p>
        </w:tc>
        <w:tc>
          <w:tcPr>
            <w:tcW w:type="dxa" w:w="1662"/>
          </w:tcPr>
          <w:p>
            <w:r>
              <w:t>達成率</w:t>
            </w:r>
          </w:p>
        </w:tc>
        <w:tc>
          <w:tcPr>
            <w:tcW w:type="dxa" w:w="1662"/>
          </w:tcPr>
          <w:p>
            <w:r>
              <w:t>社内順位</w:t>
            </w:r>
          </w:p>
        </w:tc>
        <w:tc>
          <w:tcPr>
            <w:tcW w:type="dxa" w:w="1662"/>
          </w:tcPr>
          <w:p>
            <w:r>
              <w:t>備考（新規件数・主要施策など）</w:t>
            </w:r>
          </w:p>
        </w:tc>
      </w:tr>
      <w:tr>
        <w:tc>
          <w:tcPr>
            <w:tcW w:type="dxa" w:w="1662"/>
          </w:tcPr>
          <w:p>
            <w:r>
              <w:t>20XX年度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t>%</w:t>
            </w:r>
          </w:p>
        </w:tc>
        <w:tc>
          <w:tcPr>
            <w:tcW w:type="dxa" w:w="1662"/>
          </w:tcPr>
          <w:p>
            <w:r>
              <w:t>位／名</w:t>
            </w:r>
          </w:p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20XX年度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t>%</w:t>
            </w:r>
          </w:p>
        </w:tc>
        <w:tc>
          <w:tcPr>
            <w:tcW w:type="dxa" w:w="1662"/>
          </w:tcPr>
          <w:p>
            <w:r>
              <w:t>位／名</w:t>
            </w:r>
          </w:p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>
            <w:r>
              <w:t>20XX年度</w:t>
            </w:r>
          </w:p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>
            <w:r>
              <w:t>%</w:t>
            </w:r>
          </w:p>
        </w:tc>
        <w:tc>
          <w:tcPr>
            <w:tcW w:type="dxa" w:w="1662"/>
          </w:tcPr>
          <w:p>
            <w:r>
              <w:t>位／名</w:t>
            </w:r>
          </w:p>
        </w:tc>
        <w:tc>
          <w:tcPr>
            <w:tcW w:type="dxa" w:w="1662"/>
          </w:tcPr>
          <w:p/>
        </w:tc>
      </w:tr>
    </w:tbl>
    <w:p>
      <w:pPr>
        <w:spacing w:after="80"/>
      </w:pPr>
      <w:r>
        <w:rPr>
          <w:rFonts w:ascii="游明朝" w:hAnsi="游明朝" w:eastAsia="游明朝"/>
          <w:b w:val="0"/>
          <w:sz w:val="21"/>
        </w:rPr>
      </w:r>
    </w:p>
    <w:p>
      <w:pPr>
        <w:spacing w:after="80"/>
      </w:pPr>
      <w:r>
        <w:rPr>
          <w:rFonts w:ascii="游明朝" w:hAnsi="游明朝" w:eastAsia="游明朝"/>
          <w:b/>
          <w:sz w:val="24"/>
        </w:rPr>
        <w:t>■ 活かせる経験・スキル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・新規開拓：（アプローチ手法・件数・商談化率など）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・既存深耕：（アップセル/クロスセル・継続率など）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・提案・交渉：（提案資料作成・決裁者交渉の経験など）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・ツール：（SFA/CRM名・Excel/PowerPoint など）</w:t>
      </w:r>
    </w:p>
    <w:p>
      <w:pPr>
        <w:spacing w:after="80"/>
      </w:pPr>
      <w:r>
        <w:rPr>
          <w:rFonts w:ascii="游明朝" w:hAnsi="游明朝" w:eastAsia="游明朝"/>
          <w:b/>
          <w:sz w:val="24"/>
        </w:rPr>
        <w:t>■ 資格・免許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・普通自動車第一種運転免許（20XX年X月取得）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・（例）TOEIC ○○○点（20XX年X月）</w:t>
      </w:r>
    </w:p>
    <w:p>
      <w:pPr>
        <w:spacing w:after="80"/>
      </w:pPr>
      <w:r>
        <w:rPr>
          <w:rFonts w:ascii="游明朝" w:hAnsi="游明朝" w:eastAsia="游明朝"/>
          <w:b/>
          <w:sz w:val="24"/>
        </w:rPr>
        <w:t>■ 自己PR</w:t>
      </w:r>
    </w:p>
    <w:p>
      <w:pPr>
        <w:spacing w:after="80"/>
      </w:pPr>
      <w:r>
        <w:rPr>
          <w:rFonts w:ascii="游明朝" w:hAnsi="游明朝" w:eastAsia="游明朝"/>
          <w:b w:val="0"/>
          <w:sz w:val="21"/>
        </w:rPr>
        <w:t>（強み → 根拠となる行動・実績 → 応募先での再現性、の順で300〜400字を目安に。）</w:t>
      </w:r>
    </w:p>
    <w:p>
      <w:pPr>
        <w:spacing w:after="80"/>
        <w:jc w:val="right"/>
      </w:pPr>
      <w:r>
        <w:rPr>
          <w:rFonts w:ascii="游明朝" w:hAnsi="游明朝" w:eastAsia="游明朝"/>
          <w:b w:val="0"/>
          <w:sz w:val="21"/>
        </w:rPr>
        <w:t>以上</w:t>
      </w:r>
    </w:p>
    <w:p>
      <w:pPr>
        <w:spacing w:after="80"/>
      </w:pPr>
      <w:r>
        <w:rPr>
          <w:rFonts w:ascii="游明朝" w:hAnsi="游明朝" w:eastAsia="游明朝"/>
          <w:b w:val="0"/>
          <w:sz w:val="16"/>
        </w:rPr>
        <w:t>※ このテンプレートはソトボリ営業転職ガイド（ts-horiuchi.jp）が作成した営業職向けの書式です。項目名は応募先の指定があればそちらを優先してください。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